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A4082" w14:textId="77777777" w:rsidR="003A5373" w:rsidRDefault="001953C5">
      <w:pPr>
        <w:jc w:val="center"/>
      </w:pPr>
      <w:r>
        <w:rPr>
          <w:noProof/>
        </w:rPr>
        <w:drawing>
          <wp:inline distT="0" distB="0" distL="0" distR="0" wp14:anchorId="36B7EAA4" wp14:editId="48B17317">
            <wp:extent cx="2592000" cy="11012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101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9621E" w14:textId="77777777" w:rsidR="003A5373" w:rsidRDefault="001953C5">
      <w:pPr>
        <w:spacing w:before="160" w:after="80"/>
        <w:jc w:val="center"/>
      </w:pPr>
      <w:r>
        <w:rPr>
          <w:b/>
          <w:color w:val="0B2A6F"/>
          <w:sz w:val="44"/>
        </w:rPr>
        <w:t>FICHA DE SUBMISSÃO DE TRABALHO</w:t>
      </w:r>
    </w:p>
    <w:p w14:paraId="5525E24A" w14:textId="705588A1" w:rsidR="003A5373" w:rsidRDefault="003A5373">
      <w:pPr>
        <w:jc w:val="center"/>
      </w:pPr>
    </w:p>
    <w:tbl>
      <w:tblPr>
        <w:tblW w:w="0" w:type="auto"/>
        <w:jc w:val="center"/>
        <w:tblBorders>
          <w:top w:val="single" w:sz="6" w:space="0" w:color="0B2A6F"/>
          <w:left w:val="single" w:sz="6" w:space="0" w:color="0B2A6F"/>
          <w:bottom w:val="single" w:sz="6" w:space="0" w:color="0B2A6F"/>
          <w:right w:val="single" w:sz="6" w:space="0" w:color="0B2A6F"/>
          <w:insideH w:val="single" w:sz="6" w:space="0" w:color="0B2A6F"/>
          <w:insideV w:val="single" w:sz="6" w:space="0" w:color="0B2A6F"/>
        </w:tblBorders>
        <w:tblLayout w:type="fixed"/>
        <w:tblLook w:val="04A0" w:firstRow="1" w:lastRow="0" w:firstColumn="1" w:lastColumn="0" w:noHBand="0" w:noVBand="1"/>
      </w:tblPr>
      <w:tblGrid>
        <w:gridCol w:w="9300"/>
      </w:tblGrid>
      <w:tr w:rsidR="003A5373" w14:paraId="7819154B" w14:textId="77777777">
        <w:trPr>
          <w:jc w:val="center"/>
        </w:trPr>
        <w:tc>
          <w:tcPr>
            <w:tcW w:w="9300" w:type="dxa"/>
            <w:shd w:val="clear" w:color="auto" w:fill="0B2A6F"/>
            <w:vAlign w:val="center"/>
          </w:tcPr>
          <w:p w14:paraId="7007D8E7" w14:textId="77777777" w:rsidR="003A5373" w:rsidRDefault="001953C5">
            <w:r>
              <w:rPr>
                <w:b/>
                <w:color w:val="FFFFFF"/>
                <w:sz w:val="22"/>
              </w:rPr>
              <w:t>ATENÇÃO</w:t>
            </w:r>
          </w:p>
        </w:tc>
      </w:tr>
      <w:tr w:rsidR="003A5373" w14:paraId="05F6417F" w14:textId="77777777">
        <w:trPr>
          <w:jc w:val="center"/>
        </w:trPr>
        <w:tc>
          <w:tcPr>
            <w:tcW w:w="9300" w:type="dxa"/>
            <w:shd w:val="clear" w:color="auto" w:fill="F3F5F7"/>
            <w:vAlign w:val="center"/>
          </w:tcPr>
          <w:p w14:paraId="7552D65A" w14:textId="77777777" w:rsidR="003A5373" w:rsidRDefault="001953C5">
            <w:r>
              <w:rPr>
                <w:sz w:val="20"/>
              </w:rPr>
              <w:t>Esta ficha foi separada da inscrição geral do evento. Autor, coautores e orientador devem realizar inscrição gratuita em fatesa.edu.br/eventos.</w:t>
            </w:r>
          </w:p>
        </w:tc>
      </w:tr>
    </w:tbl>
    <w:p w14:paraId="533B4FEC" w14:textId="77777777" w:rsidR="003A5373" w:rsidRDefault="003A5373"/>
    <w:p w14:paraId="2575DFB6" w14:textId="77777777" w:rsidR="003A5373" w:rsidRDefault="001953C5">
      <w:pPr>
        <w:spacing w:before="160"/>
      </w:pPr>
      <w:r>
        <w:rPr>
          <w:b/>
          <w:color w:val="0B2A6F"/>
          <w:sz w:val="28"/>
        </w:rPr>
        <w:t>1. DADOS DO AUTOR PRINCIPAL</w:t>
      </w:r>
    </w:p>
    <w:tbl>
      <w:tblPr>
        <w:tblW w:w="0" w:type="auto"/>
        <w:jc w:val="center"/>
        <w:tblBorders>
          <w:top w:val="single" w:sz="4" w:space="0" w:color="D7DEE8"/>
          <w:left w:val="single" w:sz="4" w:space="0" w:color="D7DEE8"/>
          <w:bottom w:val="single" w:sz="4" w:space="0" w:color="D7DEE8"/>
          <w:right w:val="single" w:sz="4" w:space="0" w:color="D7DEE8"/>
          <w:insideH w:val="single" w:sz="4" w:space="0" w:color="D7DEE8"/>
          <w:insideV w:val="single" w:sz="4" w:space="0" w:color="D7DEE8"/>
        </w:tblBorders>
        <w:tblLayout w:type="fixed"/>
        <w:tblLook w:val="04A0" w:firstRow="1" w:lastRow="0" w:firstColumn="1" w:lastColumn="0" w:noHBand="0" w:noVBand="1"/>
      </w:tblPr>
      <w:tblGrid>
        <w:gridCol w:w="5600"/>
        <w:gridCol w:w="3500"/>
      </w:tblGrid>
      <w:tr w:rsidR="003A5373" w14:paraId="3A634725" w14:textId="77777777">
        <w:trPr>
          <w:jc w:val="center"/>
        </w:trPr>
        <w:tc>
          <w:tcPr>
            <w:tcW w:w="9100" w:type="dxa"/>
            <w:gridSpan w:val="2"/>
          </w:tcPr>
          <w:p w14:paraId="36140DD4" w14:textId="561C3761" w:rsidR="003A5373" w:rsidRDefault="001953C5">
            <w:r>
              <w:rPr>
                <w:b/>
                <w:color w:val="24557F"/>
                <w:sz w:val="19"/>
              </w:rPr>
              <w:t xml:space="preserve">Nome </w:t>
            </w:r>
            <w:r w:rsidR="008E7D66">
              <w:rPr>
                <w:b/>
                <w:color w:val="24557F"/>
                <w:sz w:val="19"/>
              </w:rPr>
              <w:t xml:space="preserve">complete: </w:t>
            </w:r>
          </w:p>
        </w:tc>
      </w:tr>
      <w:tr w:rsidR="003A5373" w14:paraId="64C82DA9" w14:textId="77777777">
        <w:trPr>
          <w:jc w:val="center"/>
        </w:trPr>
        <w:tc>
          <w:tcPr>
            <w:tcW w:w="5600" w:type="dxa"/>
          </w:tcPr>
          <w:p w14:paraId="0DAD3B13" w14:textId="61A394E6" w:rsidR="003A5373" w:rsidRDefault="001953C5">
            <w:proofErr w:type="spellStart"/>
            <w:r>
              <w:rPr>
                <w:b/>
                <w:color w:val="24557F"/>
                <w:sz w:val="19"/>
              </w:rPr>
              <w:t>Curso</w:t>
            </w:r>
            <w:proofErr w:type="spellEnd"/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  <w:tc>
          <w:tcPr>
            <w:tcW w:w="3500" w:type="dxa"/>
          </w:tcPr>
          <w:p w14:paraId="49BFF934" w14:textId="04FDB501" w:rsidR="003A5373" w:rsidRDefault="001953C5">
            <w:proofErr w:type="spellStart"/>
            <w:r>
              <w:rPr>
                <w:b/>
                <w:color w:val="24557F"/>
                <w:sz w:val="19"/>
              </w:rPr>
              <w:t>Período</w:t>
            </w:r>
            <w:proofErr w:type="spellEnd"/>
            <w:r>
              <w:rPr>
                <w:b/>
                <w:color w:val="24557F"/>
                <w:sz w:val="19"/>
              </w:rPr>
              <w:t>/</w:t>
            </w:r>
            <w:proofErr w:type="spellStart"/>
            <w:r>
              <w:rPr>
                <w:b/>
                <w:color w:val="24557F"/>
                <w:sz w:val="19"/>
              </w:rPr>
              <w:t>Semestre</w:t>
            </w:r>
            <w:proofErr w:type="spellEnd"/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</w:tr>
      <w:tr w:rsidR="003A5373" w14:paraId="089C2A44" w14:textId="77777777">
        <w:trPr>
          <w:jc w:val="center"/>
        </w:trPr>
        <w:tc>
          <w:tcPr>
            <w:tcW w:w="5600" w:type="dxa"/>
          </w:tcPr>
          <w:p w14:paraId="6E8C8A34" w14:textId="1FE68F05" w:rsidR="003A5373" w:rsidRDefault="001953C5">
            <w:r>
              <w:rPr>
                <w:b/>
                <w:color w:val="24557F"/>
                <w:sz w:val="19"/>
              </w:rPr>
              <w:t>E-mail</w:t>
            </w:r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  <w:tc>
          <w:tcPr>
            <w:tcW w:w="3500" w:type="dxa"/>
          </w:tcPr>
          <w:p w14:paraId="209ED69E" w14:textId="0222DD5B" w:rsidR="003A5373" w:rsidRDefault="001953C5">
            <w:r>
              <w:rPr>
                <w:b/>
                <w:color w:val="24557F"/>
                <w:sz w:val="19"/>
              </w:rPr>
              <w:t>Telefone/WhatsApp</w:t>
            </w:r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</w:tr>
      <w:tr w:rsidR="003A5373" w14:paraId="3E230A21" w14:textId="77777777">
        <w:trPr>
          <w:jc w:val="center"/>
        </w:trPr>
        <w:tc>
          <w:tcPr>
            <w:tcW w:w="9100" w:type="dxa"/>
            <w:gridSpan w:val="2"/>
          </w:tcPr>
          <w:p w14:paraId="6A0E3563" w14:textId="7DDCE760" w:rsidR="003A5373" w:rsidRDefault="001953C5">
            <w:proofErr w:type="spellStart"/>
            <w:r>
              <w:rPr>
                <w:b/>
                <w:color w:val="24557F"/>
                <w:sz w:val="19"/>
              </w:rPr>
              <w:t>Instituição</w:t>
            </w:r>
            <w:proofErr w:type="spellEnd"/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</w:tr>
    </w:tbl>
    <w:p w14:paraId="614874CB" w14:textId="77777777" w:rsidR="003A5373" w:rsidRDefault="001953C5">
      <w:pPr>
        <w:spacing w:before="160"/>
      </w:pPr>
      <w:r>
        <w:rPr>
          <w:b/>
          <w:color w:val="0B2A6F"/>
          <w:sz w:val="28"/>
        </w:rPr>
        <w:t>2. ORIENTAÇÃO</w:t>
      </w:r>
    </w:p>
    <w:tbl>
      <w:tblPr>
        <w:tblW w:w="0" w:type="auto"/>
        <w:jc w:val="center"/>
        <w:tblBorders>
          <w:top w:val="single" w:sz="4" w:space="0" w:color="D7DEE8"/>
          <w:left w:val="single" w:sz="4" w:space="0" w:color="D7DEE8"/>
          <w:bottom w:val="single" w:sz="4" w:space="0" w:color="D7DEE8"/>
          <w:right w:val="single" w:sz="4" w:space="0" w:color="D7DEE8"/>
          <w:insideH w:val="single" w:sz="4" w:space="0" w:color="D7DEE8"/>
          <w:insideV w:val="single" w:sz="4" w:space="0" w:color="D7DEE8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880"/>
        <w:gridCol w:w="3500"/>
        <w:gridCol w:w="720"/>
      </w:tblGrid>
      <w:tr w:rsidR="003A5373" w14:paraId="5588C428" w14:textId="77777777">
        <w:trPr>
          <w:gridAfter w:val="1"/>
          <w:wAfter w:w="720" w:type="dxa"/>
          <w:jc w:val="center"/>
        </w:trPr>
        <w:tc>
          <w:tcPr>
            <w:tcW w:w="9100" w:type="dxa"/>
            <w:gridSpan w:val="3"/>
          </w:tcPr>
          <w:p w14:paraId="33B583A9" w14:textId="2BBDB8B8" w:rsidR="003A5373" w:rsidRDefault="001953C5">
            <w:r>
              <w:rPr>
                <w:b/>
                <w:color w:val="24557F"/>
                <w:sz w:val="19"/>
              </w:rPr>
              <w:t xml:space="preserve">Orientador(a) - nome </w:t>
            </w:r>
            <w:r w:rsidR="008E7D66">
              <w:rPr>
                <w:b/>
                <w:color w:val="24557F"/>
                <w:sz w:val="19"/>
              </w:rPr>
              <w:t xml:space="preserve">complete: </w:t>
            </w:r>
          </w:p>
        </w:tc>
      </w:tr>
      <w:tr w:rsidR="003A5373" w14:paraId="654FA091" w14:textId="77777777">
        <w:trPr>
          <w:gridAfter w:val="1"/>
          <w:wAfter w:w="720" w:type="dxa"/>
          <w:jc w:val="center"/>
        </w:trPr>
        <w:tc>
          <w:tcPr>
            <w:tcW w:w="5600" w:type="dxa"/>
            <w:gridSpan w:val="2"/>
          </w:tcPr>
          <w:p w14:paraId="7ADA2398" w14:textId="02509615" w:rsidR="003A5373" w:rsidRDefault="001953C5">
            <w:r>
              <w:rPr>
                <w:b/>
                <w:color w:val="24557F"/>
                <w:sz w:val="19"/>
              </w:rPr>
              <w:t>E-mail</w:t>
            </w:r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  <w:tc>
          <w:tcPr>
            <w:tcW w:w="3500" w:type="dxa"/>
          </w:tcPr>
          <w:p w14:paraId="1D948218" w14:textId="2ABBBE17" w:rsidR="003A5373" w:rsidRDefault="001953C5">
            <w:proofErr w:type="spellStart"/>
            <w:r>
              <w:rPr>
                <w:b/>
                <w:color w:val="24557F"/>
                <w:sz w:val="19"/>
              </w:rPr>
              <w:t>Instituição</w:t>
            </w:r>
            <w:proofErr w:type="spellEnd"/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</w:tr>
      <w:tr w:rsidR="003A5373" w14:paraId="51776DA5" w14:textId="77777777">
        <w:trPr>
          <w:gridAfter w:val="1"/>
          <w:wAfter w:w="720" w:type="dxa"/>
          <w:jc w:val="center"/>
        </w:trPr>
        <w:tc>
          <w:tcPr>
            <w:tcW w:w="9100" w:type="dxa"/>
            <w:gridSpan w:val="3"/>
          </w:tcPr>
          <w:p w14:paraId="3ACFD050" w14:textId="6BFDF9D4" w:rsidR="003A5373" w:rsidRDefault="001953C5">
            <w:proofErr w:type="spellStart"/>
            <w:r>
              <w:rPr>
                <w:b/>
                <w:color w:val="24557F"/>
                <w:sz w:val="19"/>
              </w:rPr>
              <w:t>Titulação</w:t>
            </w:r>
            <w:proofErr w:type="spellEnd"/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</w:tr>
      <w:tr w:rsidR="003A5373" w14:paraId="01A71D69" w14:textId="77777777">
        <w:trPr>
          <w:gridAfter w:val="1"/>
          <w:wAfter w:w="720" w:type="dxa"/>
          <w:jc w:val="center"/>
        </w:trPr>
        <w:tc>
          <w:tcPr>
            <w:tcW w:w="9100" w:type="dxa"/>
            <w:gridSpan w:val="3"/>
          </w:tcPr>
          <w:p w14:paraId="6DB631F3" w14:textId="79786FBF" w:rsidR="003A5373" w:rsidRDefault="001953C5">
            <w:r>
              <w:rPr>
                <w:b/>
                <w:color w:val="24557F"/>
                <w:sz w:val="19"/>
              </w:rPr>
              <w:t xml:space="preserve">Coorientador(a), se houver - nome </w:t>
            </w:r>
            <w:r w:rsidR="008E7D66">
              <w:rPr>
                <w:b/>
                <w:color w:val="24557F"/>
                <w:sz w:val="19"/>
              </w:rPr>
              <w:t xml:space="preserve">complete: </w:t>
            </w:r>
          </w:p>
        </w:tc>
      </w:tr>
      <w:tr w:rsidR="003A5373" w14:paraId="72B3D7D4" w14:textId="77777777">
        <w:trPr>
          <w:gridAfter w:val="1"/>
          <w:wAfter w:w="720" w:type="dxa"/>
          <w:jc w:val="center"/>
        </w:trPr>
        <w:tc>
          <w:tcPr>
            <w:tcW w:w="5600" w:type="dxa"/>
            <w:gridSpan w:val="2"/>
          </w:tcPr>
          <w:p w14:paraId="031FE871" w14:textId="152D07DE" w:rsidR="003A5373" w:rsidRDefault="001953C5">
            <w:r>
              <w:rPr>
                <w:b/>
                <w:color w:val="24557F"/>
                <w:sz w:val="19"/>
              </w:rPr>
              <w:t>E-mail</w:t>
            </w:r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  <w:tc>
          <w:tcPr>
            <w:tcW w:w="3500" w:type="dxa"/>
          </w:tcPr>
          <w:p w14:paraId="7A24D95E" w14:textId="6DE651CA" w:rsidR="003A5373" w:rsidRDefault="001953C5">
            <w:proofErr w:type="spellStart"/>
            <w:r>
              <w:rPr>
                <w:b/>
                <w:color w:val="24557F"/>
                <w:sz w:val="19"/>
              </w:rPr>
              <w:t>Instituição</w:t>
            </w:r>
            <w:proofErr w:type="spellEnd"/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</w:tr>
      <w:tr w:rsidR="003A5373" w:rsidRPr="008E7D66" w14:paraId="59E7FFBB" w14:textId="77777777" w:rsidTr="008E7D66">
        <w:trPr>
          <w:gridBefore w:val="1"/>
          <w:wBefore w:w="720" w:type="dxa"/>
          <w:jc w:val="center"/>
        </w:trPr>
        <w:tc>
          <w:tcPr>
            <w:tcW w:w="9100" w:type="dxa"/>
            <w:gridSpan w:val="3"/>
          </w:tcPr>
          <w:p w14:paraId="786BC817" w14:textId="699DC13E" w:rsidR="003A5373" w:rsidRPr="008E7D66" w:rsidRDefault="001953C5">
            <w:pPr>
              <w:rPr>
                <w:b/>
                <w:color w:val="24557F"/>
                <w:sz w:val="19"/>
              </w:rPr>
            </w:pPr>
            <w:proofErr w:type="spellStart"/>
            <w:r>
              <w:rPr>
                <w:b/>
                <w:color w:val="24557F"/>
                <w:sz w:val="19"/>
              </w:rPr>
              <w:t>Titulação</w:t>
            </w:r>
            <w:proofErr w:type="spellEnd"/>
            <w:r w:rsidR="008E7D66">
              <w:rPr>
                <w:b/>
                <w:color w:val="24557F"/>
                <w:sz w:val="19"/>
              </w:rPr>
              <w:t xml:space="preserve">: </w:t>
            </w:r>
          </w:p>
        </w:tc>
      </w:tr>
    </w:tbl>
    <w:p w14:paraId="344A9FFF" w14:textId="38AFEF92" w:rsidR="003A5373" w:rsidRPr="008E7D66" w:rsidRDefault="00350F07" w:rsidP="008E7D66">
      <w:pPr>
        <w:spacing w:after="140"/>
        <w:ind w:left="1146"/>
        <w:rPr>
          <w:b/>
          <w:color w:val="24557F"/>
          <w:sz w:val="19"/>
        </w:rPr>
      </w:pPr>
      <w:r w:rsidRPr="008E7D66">
        <w:rPr>
          <w:b/>
          <w:color w:val="24557F"/>
          <w:sz w:val="19"/>
        </w:rPr>
        <w:t xml:space="preserve">Obs.: </w:t>
      </w:r>
      <w:proofErr w:type="spellStart"/>
      <w:r w:rsidR="001953C5" w:rsidRPr="008E7D66">
        <w:rPr>
          <w:b/>
          <w:color w:val="24557F"/>
          <w:sz w:val="19"/>
        </w:rPr>
        <w:t>Orientador</w:t>
      </w:r>
      <w:proofErr w:type="spellEnd"/>
      <w:r w:rsidR="001953C5" w:rsidRPr="008E7D66">
        <w:rPr>
          <w:b/>
          <w:color w:val="24557F"/>
          <w:sz w:val="19"/>
        </w:rPr>
        <w:t xml:space="preserve"> </w:t>
      </w:r>
      <w:proofErr w:type="spellStart"/>
      <w:r w:rsidR="001953C5" w:rsidRPr="008E7D66">
        <w:rPr>
          <w:b/>
          <w:color w:val="24557F"/>
          <w:sz w:val="19"/>
        </w:rPr>
        <w:t>obrigatório</w:t>
      </w:r>
      <w:proofErr w:type="spellEnd"/>
      <w:r w:rsidR="001953C5" w:rsidRPr="008E7D66">
        <w:rPr>
          <w:b/>
          <w:color w:val="24557F"/>
          <w:sz w:val="19"/>
        </w:rPr>
        <w:t xml:space="preserve"> para </w:t>
      </w:r>
      <w:proofErr w:type="spellStart"/>
      <w:r w:rsidR="001953C5" w:rsidRPr="008E7D66">
        <w:rPr>
          <w:b/>
          <w:color w:val="24557F"/>
          <w:sz w:val="19"/>
        </w:rPr>
        <w:t>trabalhos</w:t>
      </w:r>
      <w:proofErr w:type="spellEnd"/>
      <w:r w:rsidR="001953C5" w:rsidRPr="008E7D66">
        <w:rPr>
          <w:b/>
          <w:color w:val="24557F"/>
          <w:sz w:val="19"/>
        </w:rPr>
        <w:t xml:space="preserve"> de graduação. Pode ser docente da FATESA ou de outra instituição, com </w:t>
      </w:r>
      <w:proofErr w:type="spellStart"/>
      <w:r w:rsidR="001953C5" w:rsidRPr="008E7D66">
        <w:rPr>
          <w:b/>
          <w:color w:val="24557F"/>
          <w:sz w:val="19"/>
        </w:rPr>
        <w:t>titulação</w:t>
      </w:r>
      <w:proofErr w:type="spellEnd"/>
      <w:r w:rsidR="001953C5" w:rsidRPr="008E7D66">
        <w:rPr>
          <w:b/>
          <w:color w:val="24557F"/>
          <w:sz w:val="19"/>
        </w:rPr>
        <w:t xml:space="preserve"> </w:t>
      </w:r>
      <w:proofErr w:type="spellStart"/>
      <w:r w:rsidR="001953C5" w:rsidRPr="008E7D66">
        <w:rPr>
          <w:b/>
          <w:color w:val="24557F"/>
          <w:sz w:val="19"/>
        </w:rPr>
        <w:t>mínima</w:t>
      </w:r>
      <w:proofErr w:type="spellEnd"/>
      <w:r w:rsidR="001953C5" w:rsidRPr="008E7D66">
        <w:rPr>
          <w:b/>
          <w:color w:val="24557F"/>
          <w:sz w:val="19"/>
        </w:rPr>
        <w:t xml:space="preserve"> de </w:t>
      </w:r>
      <w:proofErr w:type="spellStart"/>
      <w:r w:rsidR="001953C5" w:rsidRPr="008E7D66">
        <w:rPr>
          <w:b/>
          <w:color w:val="24557F"/>
          <w:sz w:val="19"/>
        </w:rPr>
        <w:t>especialista</w:t>
      </w:r>
      <w:proofErr w:type="spellEnd"/>
      <w:r w:rsidR="001953C5" w:rsidRPr="008E7D66">
        <w:rPr>
          <w:b/>
          <w:color w:val="24557F"/>
          <w:sz w:val="19"/>
        </w:rPr>
        <w:t>.</w:t>
      </w:r>
    </w:p>
    <w:p w14:paraId="2DE8C52A" w14:textId="77777777" w:rsidR="003A5373" w:rsidRDefault="001953C5">
      <w:pPr>
        <w:spacing w:before="160"/>
      </w:pPr>
      <w:r>
        <w:rPr>
          <w:b/>
          <w:color w:val="0B2A6F"/>
          <w:sz w:val="28"/>
        </w:rPr>
        <w:t>3. COAUTORES - MÁXIMO DE CINCO</w:t>
      </w:r>
    </w:p>
    <w:tbl>
      <w:tblPr>
        <w:tblW w:w="0" w:type="auto"/>
        <w:jc w:val="center"/>
        <w:tblBorders>
          <w:top w:val="single" w:sz="4" w:space="0" w:color="D7DEE8"/>
          <w:left w:val="single" w:sz="4" w:space="0" w:color="D7DEE8"/>
          <w:bottom w:val="single" w:sz="4" w:space="0" w:color="D7DEE8"/>
          <w:right w:val="single" w:sz="4" w:space="0" w:color="D7DEE8"/>
          <w:insideH w:val="single" w:sz="4" w:space="0" w:color="D7DEE8"/>
          <w:insideV w:val="single" w:sz="4" w:space="0" w:color="D7DEE8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3800"/>
        <w:gridCol w:w="2450"/>
        <w:gridCol w:w="2400"/>
      </w:tblGrid>
      <w:tr w:rsidR="003A5373" w14:paraId="0BD569D3" w14:textId="77777777" w:rsidTr="00350F07">
        <w:trPr>
          <w:jc w:val="center"/>
        </w:trPr>
        <w:tc>
          <w:tcPr>
            <w:tcW w:w="650" w:type="dxa"/>
            <w:shd w:val="clear" w:color="auto" w:fill="0B2A6F"/>
          </w:tcPr>
          <w:p w14:paraId="55E0B9B1" w14:textId="77777777" w:rsidR="003A5373" w:rsidRDefault="001953C5">
            <w:r>
              <w:rPr>
                <w:b/>
                <w:color w:val="FFFFFF"/>
                <w:sz w:val="18"/>
              </w:rPr>
              <w:t>Nº</w:t>
            </w:r>
          </w:p>
        </w:tc>
        <w:tc>
          <w:tcPr>
            <w:tcW w:w="3800" w:type="dxa"/>
            <w:shd w:val="clear" w:color="auto" w:fill="0B2A6F"/>
          </w:tcPr>
          <w:p w14:paraId="2940A88C" w14:textId="77777777" w:rsidR="003A5373" w:rsidRDefault="001953C5">
            <w:r>
              <w:rPr>
                <w:b/>
                <w:color w:val="FFFFFF"/>
                <w:sz w:val="18"/>
              </w:rPr>
              <w:t>Nome completo</w:t>
            </w:r>
          </w:p>
        </w:tc>
        <w:tc>
          <w:tcPr>
            <w:tcW w:w="2450" w:type="dxa"/>
            <w:shd w:val="clear" w:color="auto" w:fill="0B2A6F"/>
          </w:tcPr>
          <w:p w14:paraId="308ED641" w14:textId="77777777" w:rsidR="003A5373" w:rsidRDefault="001953C5">
            <w:r>
              <w:rPr>
                <w:b/>
                <w:color w:val="FFFFFF"/>
                <w:sz w:val="18"/>
              </w:rPr>
              <w:t>E-mail</w:t>
            </w:r>
          </w:p>
        </w:tc>
        <w:tc>
          <w:tcPr>
            <w:tcW w:w="2400" w:type="dxa"/>
            <w:shd w:val="clear" w:color="auto" w:fill="0B2A6F"/>
          </w:tcPr>
          <w:p w14:paraId="72BE5BD2" w14:textId="77777777" w:rsidR="003A5373" w:rsidRDefault="001953C5">
            <w:r>
              <w:rPr>
                <w:b/>
                <w:color w:val="FFFFFF"/>
                <w:sz w:val="18"/>
              </w:rPr>
              <w:t>Instituição</w:t>
            </w:r>
          </w:p>
        </w:tc>
      </w:tr>
      <w:tr w:rsidR="003A5373" w14:paraId="3FA04512" w14:textId="77777777" w:rsidTr="00350F07">
        <w:trPr>
          <w:jc w:val="center"/>
        </w:trPr>
        <w:tc>
          <w:tcPr>
            <w:tcW w:w="650" w:type="dxa"/>
          </w:tcPr>
          <w:p w14:paraId="154971BC" w14:textId="640B5BE3" w:rsidR="003A5373" w:rsidRDefault="001953C5">
            <w:r>
              <w:t>1</w:t>
            </w:r>
          </w:p>
        </w:tc>
        <w:tc>
          <w:tcPr>
            <w:tcW w:w="3800" w:type="dxa"/>
          </w:tcPr>
          <w:p w14:paraId="3D9D07F9" w14:textId="2A37A3CD" w:rsidR="003A5373" w:rsidRDefault="003A5373"/>
        </w:tc>
        <w:tc>
          <w:tcPr>
            <w:tcW w:w="2450" w:type="dxa"/>
          </w:tcPr>
          <w:p w14:paraId="4C47AAA8" w14:textId="3393C651" w:rsidR="003A5373" w:rsidRDefault="003A5373"/>
        </w:tc>
        <w:tc>
          <w:tcPr>
            <w:tcW w:w="2400" w:type="dxa"/>
          </w:tcPr>
          <w:p w14:paraId="746AC8A5" w14:textId="472BD8E8" w:rsidR="003A5373" w:rsidRDefault="003A5373"/>
        </w:tc>
      </w:tr>
      <w:tr w:rsidR="003A5373" w14:paraId="7625B74B" w14:textId="77777777" w:rsidTr="00350F07">
        <w:trPr>
          <w:jc w:val="center"/>
        </w:trPr>
        <w:tc>
          <w:tcPr>
            <w:tcW w:w="650" w:type="dxa"/>
          </w:tcPr>
          <w:p w14:paraId="0286A95F" w14:textId="22D0F0AE" w:rsidR="003A5373" w:rsidRDefault="001953C5">
            <w:r>
              <w:t>2</w:t>
            </w:r>
          </w:p>
        </w:tc>
        <w:tc>
          <w:tcPr>
            <w:tcW w:w="3800" w:type="dxa"/>
          </w:tcPr>
          <w:p w14:paraId="031C4F39" w14:textId="782D210F" w:rsidR="003A5373" w:rsidRDefault="003A5373"/>
        </w:tc>
        <w:tc>
          <w:tcPr>
            <w:tcW w:w="2450" w:type="dxa"/>
          </w:tcPr>
          <w:p w14:paraId="7017E98A" w14:textId="765A220D" w:rsidR="003A5373" w:rsidRDefault="003A5373"/>
        </w:tc>
        <w:tc>
          <w:tcPr>
            <w:tcW w:w="2400" w:type="dxa"/>
          </w:tcPr>
          <w:p w14:paraId="60674DEF" w14:textId="7AD9323F" w:rsidR="003A5373" w:rsidRDefault="003A5373"/>
        </w:tc>
      </w:tr>
      <w:tr w:rsidR="003A5373" w14:paraId="6299CAE0" w14:textId="77777777" w:rsidTr="00350F07">
        <w:trPr>
          <w:jc w:val="center"/>
        </w:trPr>
        <w:tc>
          <w:tcPr>
            <w:tcW w:w="650" w:type="dxa"/>
          </w:tcPr>
          <w:p w14:paraId="1FF5A08C" w14:textId="44ADF530" w:rsidR="003A5373" w:rsidRDefault="001953C5">
            <w:r>
              <w:t>3</w:t>
            </w:r>
          </w:p>
        </w:tc>
        <w:tc>
          <w:tcPr>
            <w:tcW w:w="3800" w:type="dxa"/>
          </w:tcPr>
          <w:p w14:paraId="2D1CEEB5" w14:textId="79699FE2" w:rsidR="003A5373" w:rsidRDefault="003A5373"/>
        </w:tc>
        <w:tc>
          <w:tcPr>
            <w:tcW w:w="2450" w:type="dxa"/>
          </w:tcPr>
          <w:p w14:paraId="49FE530C" w14:textId="64278AD3" w:rsidR="003A5373" w:rsidRDefault="003A5373"/>
        </w:tc>
        <w:tc>
          <w:tcPr>
            <w:tcW w:w="2400" w:type="dxa"/>
          </w:tcPr>
          <w:p w14:paraId="3CC4BD2A" w14:textId="5C05A5E1" w:rsidR="003A5373" w:rsidRDefault="003A5373"/>
        </w:tc>
      </w:tr>
      <w:tr w:rsidR="003A5373" w14:paraId="5DEAE12C" w14:textId="77777777" w:rsidTr="00350F07">
        <w:trPr>
          <w:jc w:val="center"/>
        </w:trPr>
        <w:tc>
          <w:tcPr>
            <w:tcW w:w="650" w:type="dxa"/>
          </w:tcPr>
          <w:p w14:paraId="4108CC51" w14:textId="60A41232" w:rsidR="003A5373" w:rsidRDefault="001953C5">
            <w:r>
              <w:t>4</w:t>
            </w:r>
          </w:p>
        </w:tc>
        <w:tc>
          <w:tcPr>
            <w:tcW w:w="3800" w:type="dxa"/>
          </w:tcPr>
          <w:p w14:paraId="09930A35" w14:textId="5FB991C9" w:rsidR="003A5373" w:rsidRDefault="003A5373"/>
        </w:tc>
        <w:tc>
          <w:tcPr>
            <w:tcW w:w="2450" w:type="dxa"/>
          </w:tcPr>
          <w:p w14:paraId="68FB515E" w14:textId="6D1ABF2F" w:rsidR="003A5373" w:rsidRDefault="003A5373"/>
        </w:tc>
        <w:tc>
          <w:tcPr>
            <w:tcW w:w="2400" w:type="dxa"/>
          </w:tcPr>
          <w:p w14:paraId="0C6D733F" w14:textId="36254EE2" w:rsidR="003A5373" w:rsidRDefault="003A5373"/>
        </w:tc>
      </w:tr>
      <w:tr w:rsidR="003A5373" w14:paraId="74929AD3" w14:textId="77777777" w:rsidTr="00350F07">
        <w:trPr>
          <w:jc w:val="center"/>
        </w:trPr>
        <w:tc>
          <w:tcPr>
            <w:tcW w:w="650" w:type="dxa"/>
          </w:tcPr>
          <w:p w14:paraId="16CD320C" w14:textId="115AE740" w:rsidR="003A5373" w:rsidRDefault="001953C5">
            <w:r>
              <w:t>5</w:t>
            </w:r>
          </w:p>
        </w:tc>
        <w:tc>
          <w:tcPr>
            <w:tcW w:w="3800" w:type="dxa"/>
          </w:tcPr>
          <w:p w14:paraId="5905C0C3" w14:textId="505001A7" w:rsidR="003A5373" w:rsidRDefault="003A5373"/>
        </w:tc>
        <w:tc>
          <w:tcPr>
            <w:tcW w:w="2450" w:type="dxa"/>
          </w:tcPr>
          <w:p w14:paraId="4CC0E0D7" w14:textId="285C3D6F" w:rsidR="003A5373" w:rsidRDefault="003A5373"/>
        </w:tc>
        <w:tc>
          <w:tcPr>
            <w:tcW w:w="2400" w:type="dxa"/>
          </w:tcPr>
          <w:p w14:paraId="1E7E7671" w14:textId="75AD9606" w:rsidR="003A5373" w:rsidRDefault="003A5373"/>
        </w:tc>
      </w:tr>
    </w:tbl>
    <w:p w14:paraId="38C69303" w14:textId="1F61680E" w:rsidR="003A5373" w:rsidRDefault="003A5373"/>
    <w:p w14:paraId="2893E173" w14:textId="77777777" w:rsidR="008E7D66" w:rsidRDefault="008E7D66">
      <w:pPr>
        <w:spacing w:before="160"/>
        <w:rPr>
          <w:b/>
          <w:color w:val="0B2A6F"/>
          <w:sz w:val="28"/>
        </w:rPr>
        <w:sectPr w:rsidR="008E7D66" w:rsidSect="00034616">
          <w:footerReference w:type="default" r:id="rId9"/>
          <w:pgSz w:w="11906" w:h="16838"/>
          <w:pgMar w:top="1020" w:right="1020" w:bottom="964" w:left="1020" w:header="397" w:footer="397" w:gutter="0"/>
          <w:cols w:space="720"/>
          <w:docGrid w:linePitch="360"/>
        </w:sectPr>
      </w:pPr>
    </w:p>
    <w:p w14:paraId="3502BC66" w14:textId="77777777" w:rsidR="003A5373" w:rsidRDefault="001953C5">
      <w:pPr>
        <w:spacing w:before="160"/>
      </w:pPr>
      <w:r>
        <w:rPr>
          <w:b/>
          <w:color w:val="0B2A6F"/>
          <w:sz w:val="28"/>
        </w:rPr>
        <w:t>4. MODALIDADE DO TRABALHO</w:t>
      </w:r>
    </w:p>
    <w:p w14:paraId="45025485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Artigo Científico</w:t>
      </w:r>
    </w:p>
    <w:p w14:paraId="05714664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Relato de Caso</w:t>
      </w:r>
    </w:p>
    <w:p w14:paraId="65A61629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Relato de Experiência</w:t>
      </w:r>
    </w:p>
    <w:p w14:paraId="2FAD06B3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Revisão Bibliográfica</w:t>
      </w:r>
    </w:p>
    <w:p w14:paraId="1BE6D8C5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Resumo Expandido</w:t>
      </w:r>
    </w:p>
    <w:p w14:paraId="0216CBF2" w14:textId="77777777" w:rsidR="003A5373" w:rsidRDefault="001953C5">
      <w:pPr>
        <w:spacing w:before="160"/>
      </w:pPr>
      <w:r>
        <w:rPr>
          <w:b/>
          <w:color w:val="0B2A6F"/>
          <w:sz w:val="28"/>
        </w:rPr>
        <w:t>5. ÁREA TEMÁTICA</w:t>
      </w:r>
    </w:p>
    <w:p w14:paraId="3F9AB63E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Estética e Cosmética</w:t>
      </w:r>
    </w:p>
    <w:p w14:paraId="2D4E2C43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Radiologia e Diagnóstico por Imagem</w:t>
      </w:r>
    </w:p>
    <w:p w14:paraId="2B04D89D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Gestão Hospitalar</w:t>
      </w:r>
    </w:p>
    <w:p w14:paraId="4C3CB9F7" w14:textId="77777777" w:rsidR="008E7D66" w:rsidRDefault="008E7D66">
      <w:pPr>
        <w:spacing w:before="160"/>
        <w:rPr>
          <w:b/>
          <w:color w:val="0B2A6F"/>
          <w:sz w:val="28"/>
        </w:rPr>
        <w:sectPr w:rsidR="008E7D66" w:rsidSect="008E7D66">
          <w:type w:val="continuous"/>
          <w:pgSz w:w="11906" w:h="16838"/>
          <w:pgMar w:top="1020" w:right="1020" w:bottom="964" w:left="1020" w:header="397" w:footer="397" w:gutter="0"/>
          <w:cols w:num="2" w:space="720"/>
          <w:docGrid w:linePitch="360"/>
        </w:sectPr>
      </w:pPr>
    </w:p>
    <w:p w14:paraId="73F6C371" w14:textId="77777777" w:rsidR="003A5373" w:rsidRDefault="001953C5">
      <w:pPr>
        <w:spacing w:before="160"/>
      </w:pPr>
      <w:r>
        <w:rPr>
          <w:b/>
          <w:color w:val="0B2A6F"/>
          <w:sz w:val="28"/>
        </w:rPr>
        <w:lastRenderedPageBreak/>
        <w:t>6. TÍTULO DO TRABALHO</w:t>
      </w:r>
    </w:p>
    <w:tbl>
      <w:tblPr>
        <w:tblW w:w="0" w:type="auto"/>
        <w:jc w:val="center"/>
        <w:tblBorders>
          <w:top w:val="single" w:sz="4" w:space="0" w:color="D7DEE8"/>
          <w:left w:val="single" w:sz="4" w:space="0" w:color="D7DEE8"/>
          <w:bottom w:val="single" w:sz="4" w:space="0" w:color="D7DEE8"/>
          <w:right w:val="single" w:sz="4" w:space="0" w:color="D7DEE8"/>
          <w:insideH w:val="single" w:sz="4" w:space="0" w:color="D7DEE8"/>
          <w:insideV w:val="single" w:sz="4" w:space="0" w:color="D7DEE8"/>
        </w:tblBorders>
        <w:tblLayout w:type="fixed"/>
        <w:tblLook w:val="04A0" w:firstRow="1" w:lastRow="0" w:firstColumn="1" w:lastColumn="0" w:noHBand="0" w:noVBand="1"/>
      </w:tblPr>
      <w:tblGrid>
        <w:gridCol w:w="9100"/>
      </w:tblGrid>
      <w:tr w:rsidR="003A5373" w14:paraId="1D37E806" w14:textId="77777777">
        <w:trPr>
          <w:jc w:val="center"/>
        </w:trPr>
        <w:tc>
          <w:tcPr>
            <w:tcW w:w="9100" w:type="dxa"/>
          </w:tcPr>
          <w:p w14:paraId="5CB4C008" w14:textId="76E1AEEF" w:rsidR="003A5373" w:rsidRDefault="001953C5">
            <w:r>
              <w:rPr>
                <w:b/>
                <w:color w:val="24557F"/>
                <w:sz w:val="19"/>
              </w:rPr>
              <w:t>Título</w:t>
            </w:r>
            <w:r>
              <w:rPr>
                <w:b/>
                <w:color w:val="24557F"/>
                <w:sz w:val="19"/>
              </w:rPr>
              <w:br/>
            </w:r>
          </w:p>
        </w:tc>
      </w:tr>
    </w:tbl>
    <w:p w14:paraId="09BCA6E5" w14:textId="2079DADF" w:rsidR="003A5373" w:rsidRDefault="001953C5">
      <w:pPr>
        <w:spacing w:before="160"/>
      </w:pPr>
      <w:r>
        <w:rPr>
          <w:b/>
          <w:color w:val="0B2A6F"/>
          <w:sz w:val="28"/>
        </w:rPr>
        <w:t xml:space="preserve">7. </w:t>
      </w:r>
      <w:r>
        <w:rPr>
          <w:b/>
          <w:color w:val="0B2A6F"/>
          <w:sz w:val="28"/>
        </w:rPr>
        <w:t xml:space="preserve"> DECLARAÇÃO E COMPROMISSO</w:t>
      </w:r>
    </w:p>
    <w:p w14:paraId="255B50DF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Estou ciente e de acordo com o Edital e o Regulamento Geral do STS 2026.</w:t>
      </w:r>
    </w:p>
    <w:p w14:paraId="3B3A3EE6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Declaro a autoria, integridade e veracidade das informações do trabalho.</w:t>
      </w:r>
    </w:p>
    <w:p w14:paraId="448BC6C2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Declaro representar os coautores para fins de submissão e comunicação do processo.</w:t>
      </w:r>
    </w:p>
    <w:p w14:paraId="4154EC13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Autorizo a publicação institucional do trabalho, preservados os direitos de autoria.</w:t>
      </w:r>
    </w:p>
    <w:p w14:paraId="71F16872" w14:textId="77777777" w:rsidR="003A5373" w:rsidRDefault="001953C5">
      <w:pPr>
        <w:pStyle w:val="Commarcadores"/>
        <w:spacing w:after="40"/>
      </w:pPr>
      <w:r>
        <w:rPr>
          <w:sz w:val="20"/>
        </w:rPr>
        <w:t>☐</w:t>
      </w:r>
      <w:r>
        <w:rPr>
          <w:sz w:val="20"/>
        </w:rPr>
        <w:t xml:space="preserve"> Responsabilizo-me pelo atendimento de eventuais correções indicadas pela avaliação.</w:t>
      </w:r>
    </w:p>
    <w:tbl>
      <w:tblPr>
        <w:tblW w:w="0" w:type="auto"/>
        <w:jc w:val="center"/>
        <w:tblBorders>
          <w:top w:val="single" w:sz="4" w:space="0" w:color="D7DEE8"/>
          <w:left w:val="single" w:sz="4" w:space="0" w:color="D7DEE8"/>
          <w:bottom w:val="single" w:sz="4" w:space="0" w:color="D7DEE8"/>
          <w:right w:val="single" w:sz="4" w:space="0" w:color="D7DEE8"/>
          <w:insideH w:val="single" w:sz="4" w:space="0" w:color="D7DEE8"/>
          <w:insideV w:val="single" w:sz="4" w:space="0" w:color="D7DEE8"/>
        </w:tblBorders>
        <w:tblLayout w:type="fixed"/>
        <w:tblLook w:val="04A0" w:firstRow="1" w:lastRow="0" w:firstColumn="1" w:lastColumn="0" w:noHBand="0" w:noVBand="1"/>
      </w:tblPr>
      <w:tblGrid>
        <w:gridCol w:w="5600"/>
        <w:gridCol w:w="3500"/>
      </w:tblGrid>
      <w:tr w:rsidR="003A5373" w14:paraId="31CE0764" w14:textId="77777777">
        <w:trPr>
          <w:jc w:val="center"/>
        </w:trPr>
        <w:tc>
          <w:tcPr>
            <w:tcW w:w="9100" w:type="dxa"/>
            <w:gridSpan w:val="2"/>
          </w:tcPr>
          <w:p w14:paraId="5540CB8F" w14:textId="7DCE65FD" w:rsidR="003A5373" w:rsidRDefault="001953C5">
            <w:r>
              <w:rPr>
                <w:b/>
                <w:color w:val="24557F"/>
                <w:sz w:val="19"/>
              </w:rPr>
              <w:t>Local e data</w:t>
            </w:r>
            <w:r>
              <w:rPr>
                <w:b/>
                <w:color w:val="24557F"/>
                <w:sz w:val="19"/>
              </w:rPr>
              <w:br/>
            </w:r>
          </w:p>
        </w:tc>
      </w:tr>
      <w:tr w:rsidR="003A5373" w14:paraId="6F61AF2A" w14:textId="77777777">
        <w:trPr>
          <w:jc w:val="center"/>
        </w:trPr>
        <w:tc>
          <w:tcPr>
            <w:tcW w:w="5600" w:type="dxa"/>
          </w:tcPr>
          <w:p w14:paraId="5FAE402E" w14:textId="77777777" w:rsidR="003A5373" w:rsidRDefault="001953C5">
            <w:r>
              <w:rPr>
                <w:b/>
                <w:color w:val="24557F"/>
                <w:sz w:val="19"/>
              </w:rPr>
              <w:t>Assinatura do autor principal</w:t>
            </w:r>
            <w:r>
              <w:rPr>
                <w:b/>
                <w:color w:val="24557F"/>
                <w:sz w:val="19"/>
              </w:rPr>
              <w:br/>
            </w:r>
          </w:p>
          <w:p w14:paraId="47FE4405" w14:textId="722B97F6" w:rsidR="00350F07" w:rsidRDefault="00350F07"/>
        </w:tc>
        <w:tc>
          <w:tcPr>
            <w:tcW w:w="3500" w:type="dxa"/>
          </w:tcPr>
          <w:p w14:paraId="0084529B" w14:textId="4F1DD612" w:rsidR="003A5373" w:rsidRDefault="003A5373"/>
        </w:tc>
      </w:tr>
    </w:tbl>
    <w:p w14:paraId="1189DA91" w14:textId="3AE10C6A" w:rsidR="003A5373" w:rsidRDefault="003A5373"/>
    <w:p w14:paraId="7092B8E0" w14:textId="77777777" w:rsidR="003A5373" w:rsidRDefault="001953C5">
      <w:pPr>
        <w:spacing w:before="160"/>
      </w:pPr>
      <w:r>
        <w:rPr>
          <w:b/>
          <w:color w:val="0B2A6F"/>
          <w:sz w:val="28"/>
        </w:rPr>
        <w:t>9. INSTRUÇÕES DE ENVIO</w:t>
      </w:r>
    </w:p>
    <w:p w14:paraId="47CB5F2A" w14:textId="77777777" w:rsidR="003A5373" w:rsidRDefault="001953C5">
      <w:pPr>
        <w:pStyle w:val="Commarcadores"/>
        <w:spacing w:after="40"/>
      </w:pPr>
      <w:r>
        <w:rPr>
          <w:sz w:val="20"/>
        </w:rPr>
        <w:t>Anexar o trabalho em Word (.docx).</w:t>
      </w:r>
    </w:p>
    <w:p w14:paraId="600E966A" w14:textId="0FDCE6EE" w:rsidR="003A5373" w:rsidRDefault="001953C5">
      <w:pPr>
        <w:pStyle w:val="Commarcadores"/>
        <w:spacing w:after="40"/>
      </w:pPr>
      <w:r>
        <w:rPr>
          <w:sz w:val="20"/>
        </w:rPr>
        <w:t xml:space="preserve">Anexar cópia do </w:t>
      </w:r>
      <w:proofErr w:type="spellStart"/>
      <w:r>
        <w:rPr>
          <w:sz w:val="20"/>
        </w:rPr>
        <w:t>trabalho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PDF.</w:t>
      </w:r>
      <w:r w:rsidR="00350F07">
        <w:rPr>
          <w:sz w:val="20"/>
        </w:rPr>
        <w:t xml:space="preserve"> </w:t>
      </w:r>
      <w:proofErr w:type="spellStart"/>
      <w:r w:rsidR="00350F07">
        <w:rPr>
          <w:sz w:val="20"/>
        </w:rPr>
        <w:t>Padronizar</w:t>
      </w:r>
      <w:proofErr w:type="spellEnd"/>
      <w:r w:rsidR="00350F07">
        <w:rPr>
          <w:sz w:val="20"/>
        </w:rPr>
        <w:t xml:space="preserve"> </w:t>
      </w:r>
      <w:proofErr w:type="spellStart"/>
      <w:r w:rsidR="00350F07">
        <w:rPr>
          <w:sz w:val="20"/>
        </w:rPr>
        <w:t>nome</w:t>
      </w:r>
      <w:proofErr w:type="spellEnd"/>
      <w:r w:rsidR="00350F07">
        <w:rPr>
          <w:sz w:val="20"/>
        </w:rPr>
        <w:t xml:space="preserve"> do</w:t>
      </w:r>
      <w:r w:rsidR="008E7D66">
        <w:rPr>
          <w:sz w:val="20"/>
        </w:rPr>
        <w:t>s</w:t>
      </w:r>
      <w:r w:rsidR="00350F07">
        <w:rPr>
          <w:sz w:val="20"/>
        </w:rPr>
        <w:t xml:space="preserve"> </w:t>
      </w:r>
      <w:proofErr w:type="spellStart"/>
      <w:r w:rsidR="00350F07">
        <w:rPr>
          <w:sz w:val="20"/>
        </w:rPr>
        <w:t>arquivo</w:t>
      </w:r>
      <w:r w:rsidR="008E7D66">
        <w:rPr>
          <w:sz w:val="20"/>
        </w:rPr>
        <w:t>s</w:t>
      </w:r>
      <w:proofErr w:type="spellEnd"/>
      <w:r w:rsidR="00350F07">
        <w:rPr>
          <w:sz w:val="20"/>
        </w:rPr>
        <w:t xml:space="preserve">: </w:t>
      </w:r>
      <w:r w:rsidR="00350F07">
        <w:rPr>
          <w:sz w:val="20"/>
        </w:rPr>
        <w:t>AREA_AUTORPRINCIPAL_STS2026</w:t>
      </w:r>
    </w:p>
    <w:p w14:paraId="2AAD3747" w14:textId="77777777" w:rsidR="003A5373" w:rsidRDefault="001953C5">
      <w:pPr>
        <w:pStyle w:val="Commarcadores"/>
        <w:spacing w:after="40"/>
      </w:pPr>
      <w:r>
        <w:rPr>
          <w:sz w:val="20"/>
        </w:rPr>
        <w:t>Anexar esta Ficha de Submissão preenchida e assinada.</w:t>
      </w:r>
    </w:p>
    <w:p w14:paraId="522E5F4E" w14:textId="77777777" w:rsidR="003A5373" w:rsidRDefault="001953C5">
      <w:pPr>
        <w:pStyle w:val="Commarcadores"/>
        <w:spacing w:after="40"/>
      </w:pPr>
      <w:r>
        <w:rPr>
          <w:sz w:val="20"/>
        </w:rPr>
        <w:t>Enviar para magda@fatesa.edu.br.</w:t>
      </w:r>
    </w:p>
    <w:p w14:paraId="580B1C3C" w14:textId="77777777" w:rsidR="003A5373" w:rsidRDefault="001953C5">
      <w:pPr>
        <w:pStyle w:val="Commarcadores"/>
        <w:spacing w:after="40"/>
      </w:pPr>
      <w:r>
        <w:rPr>
          <w:sz w:val="20"/>
        </w:rPr>
        <w:t>Usar exatamente o assunto: SUBMISSÃO DE TRABALHOS - STS 2026.</w:t>
      </w:r>
    </w:p>
    <w:p w14:paraId="3D470F07" w14:textId="77777777" w:rsidR="003A5373" w:rsidRDefault="001953C5">
      <w:pPr>
        <w:pStyle w:val="Commarcadores"/>
        <w:spacing w:after="40"/>
      </w:pPr>
      <w:r>
        <w:rPr>
          <w:sz w:val="20"/>
        </w:rPr>
        <w:t>Observar o encerramento das submissões em 10/10/2026.</w:t>
      </w:r>
    </w:p>
    <w:sectPr w:rsidR="003A5373" w:rsidSect="008E7D66">
      <w:type w:val="continuous"/>
      <w:pgSz w:w="11906" w:h="16838"/>
      <w:pgMar w:top="1020" w:right="1020" w:bottom="964" w:left="1020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64F0C" w14:textId="77777777" w:rsidR="001953C5" w:rsidRDefault="001953C5">
      <w:pPr>
        <w:spacing w:after="0" w:line="240" w:lineRule="auto"/>
      </w:pPr>
      <w:r>
        <w:separator/>
      </w:r>
    </w:p>
  </w:endnote>
  <w:endnote w:type="continuationSeparator" w:id="0">
    <w:p w14:paraId="7648012A" w14:textId="77777777" w:rsidR="001953C5" w:rsidRDefault="00195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D5CD1" w14:textId="5BB6011C" w:rsidR="003A5373" w:rsidRDefault="001953C5">
    <w:pPr>
      <w:pStyle w:val="Rodap"/>
      <w:jc w:val="right"/>
    </w:pPr>
    <w:r>
      <w:rPr>
        <w:color w:val="5B6472"/>
        <w:sz w:val="16"/>
      </w:rPr>
      <w:t xml:space="preserve">Página </w:t>
    </w:r>
    <w:r>
      <w:rPr>
        <w:color w:val="5B6472"/>
        <w:sz w:val="16"/>
      </w:rPr>
      <w:fldChar w:fldCharType="begin"/>
    </w:r>
    <w:r>
      <w:rPr>
        <w:color w:val="5B6472"/>
        <w:sz w:val="16"/>
      </w:rPr>
      <w:instrText xml:space="preserve"> PAGE </w:instrText>
    </w:r>
    <w:r w:rsidR="00350F07">
      <w:rPr>
        <w:color w:val="5B6472"/>
        <w:sz w:val="16"/>
      </w:rPr>
      <w:fldChar w:fldCharType="separate"/>
    </w:r>
    <w:r w:rsidR="00350F07">
      <w:rPr>
        <w:noProof/>
        <w:color w:val="5B6472"/>
        <w:sz w:val="16"/>
      </w:rPr>
      <w:t>1</w:t>
    </w:r>
    <w:r>
      <w:rPr>
        <w:color w:val="5B6472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B87E8" w14:textId="77777777" w:rsidR="001953C5" w:rsidRDefault="001953C5">
      <w:pPr>
        <w:spacing w:after="0" w:line="240" w:lineRule="auto"/>
      </w:pPr>
      <w:r>
        <w:separator/>
      </w:r>
    </w:p>
  </w:footnote>
  <w:footnote w:type="continuationSeparator" w:id="0">
    <w:p w14:paraId="0EF6947E" w14:textId="77777777" w:rsidR="001953C5" w:rsidRDefault="00195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1545385">
    <w:abstractNumId w:val="8"/>
  </w:num>
  <w:num w:numId="2" w16cid:durableId="1718165419">
    <w:abstractNumId w:val="6"/>
  </w:num>
  <w:num w:numId="3" w16cid:durableId="1378773489">
    <w:abstractNumId w:val="5"/>
  </w:num>
  <w:num w:numId="4" w16cid:durableId="1635714231">
    <w:abstractNumId w:val="4"/>
  </w:num>
  <w:num w:numId="5" w16cid:durableId="220099819">
    <w:abstractNumId w:val="7"/>
  </w:num>
  <w:num w:numId="6" w16cid:durableId="1607734186">
    <w:abstractNumId w:val="3"/>
  </w:num>
  <w:num w:numId="7" w16cid:durableId="1933585764">
    <w:abstractNumId w:val="2"/>
  </w:num>
  <w:num w:numId="8" w16cid:durableId="1573275452">
    <w:abstractNumId w:val="1"/>
  </w:num>
  <w:num w:numId="9" w16cid:durableId="1518421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53C5"/>
    <w:rsid w:val="0029639D"/>
    <w:rsid w:val="00326F90"/>
    <w:rsid w:val="00350F07"/>
    <w:rsid w:val="003A5373"/>
    <w:rsid w:val="008A7330"/>
    <w:rsid w:val="008E7D66"/>
    <w:rsid w:val="00AA1D8D"/>
    <w:rsid w:val="00B47730"/>
    <w:rsid w:val="00C27D9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FA4347"/>
  <w14:defaultImageDpi w14:val="300"/>
  <w15:docId w15:val="{BFA7D759-CF28-4441-943E-514556A9B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hAnsi="Arial"/>
      <w:color w:val="1F2937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0B2A6F"/>
      <w:sz w:val="32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24557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60068"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keepNext/>
      <w:pBdr>
        <w:bottom w:val="single" w:sz="8" w:space="4" w:color="4F81BD" w:themeColor="accent1"/>
      </w:pBdr>
      <w:spacing w:before="200" w:line="240" w:lineRule="auto"/>
      <w:contextualSpacing/>
    </w:pPr>
    <w:rPr>
      <w:rFonts w:asciiTheme="majorHAnsi" w:eastAsiaTheme="majorEastAsia" w:hAnsiTheme="majorHAnsi" w:cstheme="majorBidi"/>
      <w:b/>
      <w:color w:val="0B2A6F"/>
      <w:spacing w:val="5"/>
      <w:kern w:val="28"/>
      <w:sz w:val="48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284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 Mondine</cp:lastModifiedBy>
  <cp:revision>3</cp:revision>
  <dcterms:created xsi:type="dcterms:W3CDTF">2026-09-02T14:29:00Z</dcterms:created>
  <dcterms:modified xsi:type="dcterms:W3CDTF">2026-09-02T14:30:00Z</dcterms:modified>
  <cp:category/>
</cp:coreProperties>
</file>